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both"/>
      </w:pPr>
      <w:r>
        <w:rPr>
          <w:b w:val="0"/>
        </w:rPr>
      </w:r>
      <w:r>
        <w:rPr>
          <w:b/>
        </w:rPr>
        <w:t>Emri dhe mbiemri:</w:t>
      </w:r>
      <w:r>
        <w:rPr>
          <w:b w:val="0"/>
        </w:rPr>
        <w:t xml:space="preserve"> ____________________</w:t>
      </w:r>
    </w:p>
    <w:p>
      <w:pPr>
        <w:jc w:val="both"/>
      </w:pPr>
      <w:r>
        <w:rPr>
          <w:b w:val="0"/>
        </w:rPr>
      </w:r>
      <w:r>
        <w:rPr>
          <w:b/>
        </w:rPr>
        <w:t>Adresa:</w:t>
      </w:r>
      <w:r>
        <w:rPr>
          <w:b w:val="0"/>
        </w:rPr>
        <w:t xml:space="preserve"> ____________________</w:t>
      </w:r>
    </w:p>
    <w:p>
      <w:pPr>
        <w:jc w:val="both"/>
      </w:pPr>
      <w:r>
        <w:rPr>
          <w:b w:val="0"/>
        </w:rPr>
      </w:r>
      <w:r>
        <w:rPr>
          <w:b/>
        </w:rPr>
        <w:t>Tel:</w:t>
      </w:r>
      <w:r>
        <w:rPr>
          <w:b w:val="0"/>
        </w:rPr>
        <w:t xml:space="preserve"> __________   </w:t>
      </w:r>
      <w:r>
        <w:rPr>
          <w:b/>
        </w:rPr>
        <w:t>E-mail:</w:t>
      </w:r>
      <w:r>
        <w:rPr>
          <w:b w:val="0"/>
        </w:rPr>
        <w:t xml:space="preserve"> ____________________</w:t>
      </w:r>
    </w:p>
    <w:p>
      <w:pPr>
        <w:jc w:val="both"/>
      </w:pPr>
      <w:r>
        <w:rPr>
          <w:b w:val="0"/>
        </w:rPr>
        <w:t>__________, më __________</w:t>
      </w:r>
    </w:p>
    <w:p>
      <w:pPr>
        <w:jc w:val="both"/>
      </w:pPr>
      <w:r>
        <w:rPr>
          <w:b w:val="0"/>
        </w:rPr>
      </w:r>
      <w:r>
        <w:rPr>
          <w:b/>
        </w:rPr>
        <w:t>Drejtuar:</w:t>
      </w:r>
      <w:r>
        <w:rPr>
          <w:b w:val="0"/>
        </w:rPr>
        <w:t xml:space="preserve"> ____________________ (personi / sektori i burimeve njerëzore)</w:t>
      </w:r>
    </w:p>
    <w:p>
      <w:pPr>
        <w:jc w:val="both"/>
      </w:pPr>
      <w:r>
        <w:rPr>
          <w:b w:val="0"/>
        </w:rPr>
        <w:t>____________________ (emri i kompanisë / institucionit), ____________________ (adresa)</w:t>
      </w:r>
    </w:p>
    <w:p>
      <w:r>
        <w:rPr>
          <w:b/>
        </w:rPr>
        <w:t>Lënda: Kërkesë për punësim në pozicionin ____________________</w:t>
      </w:r>
    </w:p>
    <w:p>
      <w:pPr>
        <w:jc w:val="both"/>
      </w:pPr>
      <w:r>
        <w:rPr>
          <w:b w:val="0"/>
        </w:rPr>
        <w:t>I/E nderuar ____________________,</w:t>
      </w:r>
    </w:p>
    <w:p>
      <w:pPr>
        <w:jc w:val="both"/>
      </w:pPr>
      <w:r>
        <w:rPr>
          <w:b w:val="0"/>
        </w:rPr>
        <w:t>Ju shkruaj për të aplikuar për pozicionin ____________________, të shpallur në ____________________ më __________. [Ose, nëse nuk ka shpallje: Ju shkruaj për të pyetur nëse keni një vend të lirë si ____________________.]</w:t>
      </w:r>
    </w:p>
    <w:p>
      <w:pPr>
        <w:jc w:val="both"/>
      </w:pPr>
      <w:r>
        <w:rPr>
          <w:b w:val="0"/>
        </w:rPr>
        <w:t>Kam përfunduar ____________________ në ____________________ dhe kam __________ vjet përvojë si ____________________ pranë ____________________. Në këtë punë jam marrë kryesisht me ____________________, dhe rezultati që më përfaqëson më mirë është ____________________.</w:t>
      </w:r>
    </w:p>
    <w:p>
      <w:pPr>
        <w:jc w:val="both"/>
      </w:pPr>
      <w:r>
        <w:rPr>
          <w:b w:val="0"/>
        </w:rPr>
        <w:t>Më intereson të punoj te ju sepse ____________________. Mendoj se mund të kontribuoj sidomos në ____________________.</w:t>
      </w:r>
    </w:p>
    <w:p>
      <w:pPr>
        <w:jc w:val="both"/>
      </w:pPr>
      <w:r>
        <w:rPr>
          <w:b w:val="0"/>
        </w:rPr>
        <w:t>Bashkëlidhur gjeni CV-në dhe ____________________. Jam i/e gatshëm/gatshme për një takim në çdo kohë që ju përshtatet dhe mund të filloj punë më __________.</w:t>
      </w:r>
    </w:p>
    <w:p>
      <w:pPr>
        <w:jc w:val="both"/>
      </w:pPr>
      <w:r>
        <w:rPr>
          <w:b w:val="0"/>
        </w:rPr>
        <w:t>Ju faleminderit për kohën dhe vëmendjen.</w:t>
      </w:r>
    </w:p>
    <w:p>
      <w:pPr>
        <w:jc w:val="both"/>
      </w:pPr>
      <w:r>
        <w:rPr>
          <w:b w:val="0"/>
        </w:rPr>
        <w:t>Me respekt,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</w:tcPr>
          <w:p>
            <w:r>
              <w:rPr>
                <w:b/>
              </w:rPr>
              <w:t>(emri, mbiemri, nënshkrimi)</w:t>
            </w:r>
          </w:p>
          <w:p>
            <w:r>
              <w:br/>
              <w:br/>
              <w:t>______________________</w:t>
            </w:r>
          </w:p>
        </w:tc>
      </w:tr>
    </w:tbl>
    <w:p/>
    <w:p>
      <w:r>
        <w:rPr>
          <w:i/>
        </w:rPr>
        <w:t>Udhëzime: mbajeni në një faqe. Pjesët në kllapa katrore fshijini. Shkruani emrin e personit që merret me punësimin kur e dini. Me e-mail: vendoseni tekstin në trupin e mesazhit, në lëndë shkruani "Aplikim për pozicionin ...", dhe bashkëngjitni CV-në në PDF.</w:t>
      </w:r>
    </w:p>
    <w:sectPr w:rsidR="00FC693F" w:rsidRPr="0006063C" w:rsidSect="00034616">
      <w:footerReference w:type="default" r:id="rId9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>Model falas nga square.al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